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1E4E0" w14:textId="77777777" w:rsidR="00966BE1" w:rsidRDefault="00000000">
      <w:pPr>
        <w:jc w:val="center"/>
      </w:pPr>
      <w:r>
        <w:rPr>
          <w:rFonts w:ascii="Arial" w:hAnsi="Arial"/>
          <w:b/>
        </w:rPr>
        <w:t>Faculty of Information Technology (FIT) – Ho Chi Minh City University of Science (HCMUS)</w:t>
      </w:r>
    </w:p>
    <w:p w14:paraId="34B623F1" w14:textId="1C09F91D" w:rsidR="00966BE1" w:rsidRDefault="00000000">
      <w:pPr>
        <w:jc w:val="center"/>
      </w:pPr>
      <w:r>
        <w:rPr>
          <w:rFonts w:ascii="Arial" w:hAnsi="Arial"/>
          <w:b/>
        </w:rPr>
        <w:t>CS423 / CSC1</w:t>
      </w:r>
      <w:r w:rsidR="00B27C6B">
        <w:rPr>
          <w:rFonts w:ascii="Arial" w:hAnsi="Arial"/>
          <w:b/>
        </w:rPr>
        <w:t>3</w:t>
      </w:r>
      <w:r>
        <w:rPr>
          <w:rFonts w:ascii="Arial" w:hAnsi="Arial"/>
          <w:b/>
        </w:rPr>
        <w:t>003 – Software Testing (AI-augmented · 2026)</w:t>
      </w:r>
    </w:p>
    <w:p w14:paraId="4A8DA1BA" w14:textId="77777777" w:rsidR="00966BE1" w:rsidRDefault="00000000">
      <w:pPr>
        <w:jc w:val="center"/>
      </w:pPr>
      <w:r>
        <w:rPr>
          <w:rFonts w:ascii="Arial" w:hAnsi="Arial"/>
          <w:b/>
          <w:color w:val="C00000"/>
          <w:sz w:val="20"/>
        </w:rPr>
        <w:t>AI POLICY · TEMPLATES — 2026 v1.0</w:t>
      </w:r>
    </w:p>
    <w:p w14:paraId="368239DB" w14:textId="77777777" w:rsidR="00966BE1" w:rsidRDefault="00000000">
      <w:pPr>
        <w:pStyle w:val="Heading1"/>
      </w:pPr>
      <w:r>
        <w:rPr>
          <w:rFonts w:ascii="Arial" w:hAnsi="Arial"/>
        </w:rPr>
        <w:t>AI Use Disclosure Form</w:t>
      </w:r>
    </w:p>
    <w:p w14:paraId="3CF265DE" w14:textId="77777777" w:rsidR="00966BE1" w:rsidRDefault="00000000">
      <w:r>
        <w:rPr>
          <w:rFonts w:ascii="Arial" w:hAnsi="Arial"/>
          <w:i/>
        </w:rPr>
        <w:t>Attach to assignments where AI was used in any permitted capacity.</w:t>
      </w:r>
    </w:p>
    <w:p w14:paraId="3A3AD149" w14:textId="77777777" w:rsidR="00966BE1" w:rsidRDefault="00000000">
      <w:r>
        <w:rPr>
          <w:rFonts w:ascii="Arial" w:hAnsi="Arial"/>
          <w:i/>
          <w:color w:val="707070"/>
          <w:sz w:val="18"/>
        </w:rPr>
        <w:t>Adapted from Med Kharbach, PhD (2026) — AI Use Policy Templates for Higher Education. CC BY-NC-SA 4.0. This adaptation is prepared for FIT@HCMUS – CS423 / CSC15003 Software Testing course.</w:t>
      </w:r>
    </w:p>
    <w:p w14:paraId="7D7BBCFA" w14:textId="77777777" w:rsidR="00966BE1" w:rsidRDefault="00000000">
      <w:pPr>
        <w:pStyle w:val="Heading2"/>
      </w:pPr>
      <w:r>
        <w:rPr>
          <w:rFonts w:ascii="Arial" w:hAnsi="Arial"/>
        </w:rPr>
        <w:t>1. Course &amp; Student Info</w:t>
      </w:r>
    </w:p>
    <w:tbl>
      <w:tblPr>
        <w:tblStyle w:val="LightGrid-Accent1"/>
        <w:tblW w:w="0" w:type="auto"/>
        <w:tblLayout w:type="fixed"/>
        <w:tblLook w:val="04A0" w:firstRow="1" w:lastRow="0" w:firstColumn="1" w:lastColumn="0" w:noHBand="0" w:noVBand="1"/>
      </w:tblPr>
      <w:tblGrid>
        <w:gridCol w:w="3118"/>
        <w:gridCol w:w="6520"/>
      </w:tblGrid>
      <w:tr w:rsidR="00966BE1" w14:paraId="590A0F79" w14:textId="77777777" w:rsidTr="00966B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  <w:shd w:val="clear" w:color="auto" w:fill="1F4E79"/>
            <w:vAlign w:val="center"/>
          </w:tcPr>
          <w:p w14:paraId="0F0DAC66" w14:textId="77777777" w:rsidR="00966BE1" w:rsidRDefault="00000000">
            <w:r>
              <w:rPr>
                <w:rFonts w:ascii="Arial" w:hAnsi="Arial"/>
                <w:color w:val="FFFFFF"/>
              </w:rPr>
              <w:t>Field</w:t>
            </w:r>
          </w:p>
        </w:tc>
        <w:tc>
          <w:tcPr>
            <w:tcW w:w="6520" w:type="dxa"/>
            <w:shd w:val="clear" w:color="auto" w:fill="1F4E79"/>
            <w:vAlign w:val="center"/>
          </w:tcPr>
          <w:p w14:paraId="1A9B75FC" w14:textId="77777777" w:rsidR="00966BE1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/>
                <w:color w:val="FFFFFF"/>
              </w:rPr>
              <w:t>Value</w:t>
            </w:r>
          </w:p>
        </w:tc>
      </w:tr>
      <w:tr w:rsidR="00966BE1" w14:paraId="1A63D356" w14:textId="77777777" w:rsidTr="00966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</w:tcPr>
          <w:p w14:paraId="7200875F" w14:textId="77777777" w:rsidR="00966BE1" w:rsidRDefault="00000000">
            <w:r>
              <w:rPr>
                <w:rFonts w:ascii="Arial" w:hAnsi="Arial"/>
                <w:sz w:val="21"/>
              </w:rPr>
              <w:t>Course:</w:t>
            </w:r>
          </w:p>
        </w:tc>
        <w:tc>
          <w:tcPr>
            <w:tcW w:w="6520" w:type="dxa"/>
          </w:tcPr>
          <w:p w14:paraId="19562F5D" w14:textId="555C9562" w:rsidR="00966BE1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hAnsi="Arial"/>
                <w:sz w:val="21"/>
              </w:rPr>
              <w:t>CS423 / CSC1</w:t>
            </w:r>
            <w:r w:rsidR="004C7120">
              <w:rPr>
                <w:rFonts w:ascii="Arial" w:hAnsi="Arial"/>
                <w:sz w:val="21"/>
              </w:rPr>
              <w:t>3</w:t>
            </w:r>
            <w:r>
              <w:rPr>
                <w:rFonts w:ascii="Arial" w:hAnsi="Arial"/>
                <w:sz w:val="21"/>
              </w:rPr>
              <w:t>003 – Software Testing</w:t>
            </w:r>
          </w:p>
        </w:tc>
      </w:tr>
      <w:tr w:rsidR="00966BE1" w14:paraId="1D66B196" w14:textId="77777777" w:rsidTr="00966BE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</w:tcPr>
          <w:p w14:paraId="02AF47D6" w14:textId="77777777" w:rsidR="00966BE1" w:rsidRDefault="00000000">
            <w:r>
              <w:rPr>
                <w:rFonts w:ascii="Arial" w:hAnsi="Arial"/>
                <w:sz w:val="21"/>
              </w:rPr>
              <w:t>Assignment ID:</w:t>
            </w:r>
          </w:p>
        </w:tc>
        <w:tc>
          <w:tcPr>
            <w:tcW w:w="6520" w:type="dxa"/>
          </w:tcPr>
          <w:p w14:paraId="19639C0F" w14:textId="77777777" w:rsidR="00966BE1" w:rsidRDefault="00966BE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966BE1" w14:paraId="22597D27" w14:textId="77777777" w:rsidTr="00966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</w:tcPr>
          <w:p w14:paraId="07B79293" w14:textId="77777777" w:rsidR="00966BE1" w:rsidRDefault="00000000">
            <w:r>
              <w:rPr>
                <w:rFonts w:ascii="Arial" w:hAnsi="Arial"/>
                <w:sz w:val="21"/>
              </w:rPr>
              <w:t>Assignment Title:</w:t>
            </w:r>
          </w:p>
        </w:tc>
        <w:tc>
          <w:tcPr>
            <w:tcW w:w="6520" w:type="dxa"/>
          </w:tcPr>
          <w:p w14:paraId="287EC508" w14:textId="77777777" w:rsidR="00966BE1" w:rsidRDefault="00966B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66BE1" w14:paraId="62EB4020" w14:textId="77777777" w:rsidTr="00966BE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</w:tcPr>
          <w:p w14:paraId="5E231250" w14:textId="77777777" w:rsidR="00966BE1" w:rsidRDefault="00000000">
            <w:r>
              <w:rPr>
                <w:rFonts w:ascii="Arial" w:hAnsi="Arial"/>
                <w:sz w:val="21"/>
              </w:rPr>
              <w:t>AI Use Category (1–5):</w:t>
            </w:r>
          </w:p>
        </w:tc>
        <w:tc>
          <w:tcPr>
            <w:tcW w:w="6520" w:type="dxa"/>
          </w:tcPr>
          <w:p w14:paraId="02827C67" w14:textId="77777777" w:rsidR="00966BE1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Arial" w:hAnsi="Arial"/>
                <w:sz w:val="21"/>
              </w:rPr>
              <w:t>Category ____</w:t>
            </w:r>
          </w:p>
        </w:tc>
      </w:tr>
      <w:tr w:rsidR="00966BE1" w14:paraId="5E299528" w14:textId="77777777" w:rsidTr="00966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</w:tcPr>
          <w:p w14:paraId="7607FB1E" w14:textId="77777777" w:rsidR="00966BE1" w:rsidRDefault="00000000">
            <w:r>
              <w:rPr>
                <w:rFonts w:ascii="Arial" w:hAnsi="Arial"/>
                <w:sz w:val="21"/>
              </w:rPr>
              <w:t>Date:</w:t>
            </w:r>
          </w:p>
        </w:tc>
        <w:tc>
          <w:tcPr>
            <w:tcW w:w="6520" w:type="dxa"/>
          </w:tcPr>
          <w:p w14:paraId="2B39A988" w14:textId="77777777" w:rsidR="00966BE1" w:rsidRDefault="00966B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66BE1" w14:paraId="51FD36E5" w14:textId="77777777" w:rsidTr="00966BE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</w:tcPr>
          <w:p w14:paraId="7C4BF5B2" w14:textId="77777777" w:rsidR="00966BE1" w:rsidRDefault="00000000">
            <w:r>
              <w:rPr>
                <w:rFonts w:ascii="Arial" w:hAnsi="Arial"/>
                <w:sz w:val="21"/>
              </w:rPr>
              <w:t>Student name:</w:t>
            </w:r>
          </w:p>
        </w:tc>
        <w:tc>
          <w:tcPr>
            <w:tcW w:w="6520" w:type="dxa"/>
          </w:tcPr>
          <w:p w14:paraId="091DA986" w14:textId="77777777" w:rsidR="00966BE1" w:rsidRDefault="00966BE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966BE1" w14:paraId="001F17D2" w14:textId="77777777" w:rsidTr="00966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</w:tcPr>
          <w:p w14:paraId="7A2FD863" w14:textId="77777777" w:rsidR="00966BE1" w:rsidRDefault="00000000">
            <w:r>
              <w:rPr>
                <w:rFonts w:ascii="Arial" w:hAnsi="Arial"/>
                <w:sz w:val="21"/>
              </w:rPr>
              <w:t>Student ID:</w:t>
            </w:r>
          </w:p>
        </w:tc>
        <w:tc>
          <w:tcPr>
            <w:tcW w:w="6520" w:type="dxa"/>
          </w:tcPr>
          <w:p w14:paraId="188D4F12" w14:textId="77777777" w:rsidR="00966BE1" w:rsidRDefault="00966B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43E18232" w14:textId="77777777" w:rsidR="00966BE1" w:rsidRDefault="00000000">
      <w:pPr>
        <w:pStyle w:val="Heading2"/>
      </w:pPr>
      <w:r>
        <w:rPr>
          <w:rFonts w:ascii="Arial" w:hAnsi="Arial"/>
        </w:rPr>
        <w:t>2. Disclosure Questions</w:t>
      </w:r>
    </w:p>
    <w:p w14:paraId="3D4C86C4" w14:textId="77777777" w:rsidR="00966BE1" w:rsidRDefault="00000000">
      <w:pPr>
        <w:pStyle w:val="Heading3"/>
      </w:pPr>
      <w:r>
        <w:rPr>
          <w:rFonts w:ascii="Arial" w:hAnsi="Arial"/>
        </w:rPr>
        <w:t>1. AI tool(s) used:</w:t>
      </w:r>
    </w:p>
    <w:p w14:paraId="3BDAE3D2" w14:textId="77777777" w:rsidR="00966BE1" w:rsidRDefault="00000000">
      <w:r>
        <w:rPr>
          <w:rFonts w:ascii="Arial" w:hAnsi="Arial"/>
          <w:i/>
          <w:color w:val="707070"/>
          <w:sz w:val="20"/>
        </w:rPr>
        <w:t>List every AI tool used for this assignment (e.g., AI Tool (e.g., ChatGPT, Claude, Gemini), ChatGPT, GitHub Copilot, Cursor, Gemini).</w:t>
      </w:r>
    </w:p>
    <w:p w14:paraId="5762C83A" w14:textId="77777777" w:rsidR="00966BE1" w:rsidRDefault="00000000">
      <w:r>
        <w:rPr>
          <w:rFonts w:ascii="Arial" w:hAnsi="Arial"/>
        </w:rPr>
        <w:t>__________________________________________________________________________________________</w:t>
      </w:r>
    </w:p>
    <w:p w14:paraId="03A84A37" w14:textId="77777777" w:rsidR="00966BE1" w:rsidRDefault="00000000">
      <w:r>
        <w:rPr>
          <w:rFonts w:ascii="Arial" w:hAnsi="Arial"/>
        </w:rPr>
        <w:t>__________________________________________________________________________________________</w:t>
      </w:r>
    </w:p>
    <w:p w14:paraId="6A33DE18" w14:textId="77777777" w:rsidR="00966BE1" w:rsidRDefault="00000000">
      <w:r>
        <w:rPr>
          <w:rFonts w:ascii="Arial" w:hAnsi="Arial"/>
        </w:rPr>
        <w:t>__________________________________________________________________________________________</w:t>
      </w:r>
    </w:p>
    <w:p w14:paraId="62DC2ECF" w14:textId="77777777" w:rsidR="00966BE1" w:rsidRDefault="00000000">
      <w:pPr>
        <w:pStyle w:val="Heading3"/>
      </w:pPr>
      <w:r>
        <w:rPr>
          <w:rFonts w:ascii="Arial" w:hAnsi="Arial"/>
        </w:rPr>
        <w:t>2. Stage(s) of the assignment where AI was used:</w:t>
      </w:r>
    </w:p>
    <w:p w14:paraId="33FCB136" w14:textId="77777777" w:rsidR="00966BE1" w:rsidRDefault="00000000">
      <w:r>
        <w:rPr>
          <w:rFonts w:ascii="Arial" w:hAnsi="Arial"/>
          <w:i/>
          <w:color w:val="707070"/>
          <w:sz w:val="20"/>
        </w:rPr>
        <w:t>Tick all that apply: [ ] brainstorming  [ ] outlining  [ ] drafting  [ ] feedback  [ ] revision  [ ] coding  [ ] data analysis  [ ] visual design  [ ] other (specify).</w:t>
      </w:r>
    </w:p>
    <w:p w14:paraId="002741AF" w14:textId="77777777" w:rsidR="00966BE1" w:rsidRDefault="00000000">
      <w:r>
        <w:rPr>
          <w:rFonts w:ascii="Arial" w:hAnsi="Arial"/>
        </w:rPr>
        <w:t>__________________________________________________________________________________________</w:t>
      </w:r>
    </w:p>
    <w:p w14:paraId="7D0F7A9D" w14:textId="77777777" w:rsidR="00966BE1" w:rsidRDefault="00000000">
      <w:r>
        <w:rPr>
          <w:rFonts w:ascii="Arial" w:hAnsi="Arial"/>
        </w:rPr>
        <w:t>__________________________________________________________________________________________</w:t>
      </w:r>
    </w:p>
    <w:p w14:paraId="55DFC109" w14:textId="77777777" w:rsidR="00966BE1" w:rsidRDefault="00000000">
      <w:r>
        <w:rPr>
          <w:rFonts w:ascii="Arial" w:hAnsi="Arial"/>
        </w:rPr>
        <w:lastRenderedPageBreak/>
        <w:t>__________________________________________________________________________________________</w:t>
      </w:r>
    </w:p>
    <w:p w14:paraId="03FD62FF" w14:textId="77777777" w:rsidR="00966BE1" w:rsidRDefault="00000000">
      <w:pPr>
        <w:pStyle w:val="Heading3"/>
      </w:pPr>
      <w:r>
        <w:rPr>
          <w:rFonts w:ascii="Arial" w:hAnsi="Arial"/>
        </w:rPr>
        <w:t>3. Main prompts or tasks given to the AI:</w:t>
      </w:r>
    </w:p>
    <w:p w14:paraId="2ACB7341" w14:textId="77777777" w:rsidR="00966BE1" w:rsidRDefault="00000000">
      <w:r>
        <w:rPr>
          <w:rFonts w:ascii="Arial" w:hAnsi="Arial"/>
          <w:i/>
          <w:color w:val="707070"/>
          <w:sz w:val="20"/>
        </w:rPr>
        <w:t>Paste the 2–3 most impactful prompts verbatim. For the full transcript, attach Appendix A (prompt_log.md).</w:t>
      </w:r>
    </w:p>
    <w:p w14:paraId="5A115B4E" w14:textId="77777777" w:rsidR="00966BE1" w:rsidRDefault="00000000">
      <w:r>
        <w:rPr>
          <w:rFonts w:ascii="Arial" w:hAnsi="Arial"/>
        </w:rPr>
        <w:t>__________________________________________________________________________________________</w:t>
      </w:r>
    </w:p>
    <w:p w14:paraId="66E89F3E" w14:textId="77777777" w:rsidR="00966BE1" w:rsidRDefault="00000000">
      <w:r>
        <w:rPr>
          <w:rFonts w:ascii="Arial" w:hAnsi="Arial"/>
        </w:rPr>
        <w:t>__________________________________________________________________________________________</w:t>
      </w:r>
    </w:p>
    <w:p w14:paraId="0531FA8C" w14:textId="77777777" w:rsidR="00966BE1" w:rsidRDefault="00000000">
      <w:r>
        <w:rPr>
          <w:rFonts w:ascii="Arial" w:hAnsi="Arial"/>
        </w:rPr>
        <w:t>__________________________________________________________________________________________</w:t>
      </w:r>
    </w:p>
    <w:p w14:paraId="69658B59" w14:textId="77777777" w:rsidR="00966BE1" w:rsidRDefault="00000000">
      <w:r>
        <w:rPr>
          <w:rFonts w:ascii="Arial" w:hAnsi="Arial"/>
        </w:rPr>
        <w:t>__________________________________________________________________________________________</w:t>
      </w:r>
    </w:p>
    <w:p w14:paraId="779FC1E6" w14:textId="77777777" w:rsidR="00966BE1" w:rsidRDefault="00000000">
      <w:pPr>
        <w:pStyle w:val="Heading3"/>
      </w:pPr>
      <w:r>
        <w:rPr>
          <w:rFonts w:ascii="Arial" w:hAnsi="Arial"/>
        </w:rPr>
        <w:t>4. Specific parts of the work AI contributed to:</w:t>
      </w:r>
    </w:p>
    <w:p w14:paraId="46DE9C53" w14:textId="77777777" w:rsidR="00966BE1" w:rsidRDefault="00000000">
      <w:r>
        <w:rPr>
          <w:rFonts w:ascii="Arial" w:hAnsi="Arial"/>
          <w:i/>
          <w:color w:val="707070"/>
          <w:sz w:val="20"/>
        </w:rPr>
        <w:t>Be specific. Example: 'AI generated TC01–TC15 in Section 3.2; I rewrote TC04 and TC11; AI did NOT contribute to Sections 1, 2, 4, or the AI Critique.'</w:t>
      </w:r>
    </w:p>
    <w:p w14:paraId="651FFB16" w14:textId="77777777" w:rsidR="00966BE1" w:rsidRDefault="00000000">
      <w:r>
        <w:rPr>
          <w:rFonts w:ascii="Arial" w:hAnsi="Arial"/>
        </w:rPr>
        <w:t>__________________________________________________________________________________________</w:t>
      </w:r>
    </w:p>
    <w:p w14:paraId="16F05A27" w14:textId="77777777" w:rsidR="00966BE1" w:rsidRDefault="00000000">
      <w:r>
        <w:rPr>
          <w:rFonts w:ascii="Arial" w:hAnsi="Arial"/>
        </w:rPr>
        <w:t>__________________________________________________________________________________________</w:t>
      </w:r>
    </w:p>
    <w:p w14:paraId="1DBF57DF" w14:textId="77777777" w:rsidR="00966BE1" w:rsidRDefault="00000000">
      <w:r>
        <w:rPr>
          <w:rFonts w:ascii="Arial" w:hAnsi="Arial"/>
        </w:rPr>
        <w:t>__________________________________________________________________________________________</w:t>
      </w:r>
    </w:p>
    <w:p w14:paraId="509AC759" w14:textId="77777777" w:rsidR="00966BE1" w:rsidRDefault="00000000">
      <w:r>
        <w:rPr>
          <w:rFonts w:ascii="Arial" w:hAnsi="Arial"/>
        </w:rPr>
        <w:t>__________________________________________________________________________________________</w:t>
      </w:r>
    </w:p>
    <w:p w14:paraId="5CDE8A28" w14:textId="77777777" w:rsidR="00966BE1" w:rsidRDefault="00000000">
      <w:pPr>
        <w:pStyle w:val="Heading3"/>
      </w:pPr>
      <w:r>
        <w:rPr>
          <w:rFonts w:ascii="Arial" w:hAnsi="Arial"/>
        </w:rPr>
        <w:t>5. How I reviewed, revised, or verified the AI output:</w:t>
      </w:r>
    </w:p>
    <w:p w14:paraId="6066FECA" w14:textId="77777777" w:rsidR="00966BE1" w:rsidRDefault="00000000">
      <w:r>
        <w:rPr>
          <w:rFonts w:ascii="Arial" w:hAnsi="Arial"/>
          <w:i/>
          <w:color w:val="707070"/>
          <w:sz w:val="20"/>
        </w:rPr>
        <w:t>Describe your verification method (ran the test, checked the spec, asked the TA, looked up RFC, cross-checked with the ISTQB syllabus, etc.).</w:t>
      </w:r>
    </w:p>
    <w:p w14:paraId="6A49788D" w14:textId="77777777" w:rsidR="00966BE1" w:rsidRDefault="00000000">
      <w:r>
        <w:rPr>
          <w:rFonts w:ascii="Arial" w:hAnsi="Arial"/>
        </w:rPr>
        <w:t>__________________________________________________________________________________________</w:t>
      </w:r>
    </w:p>
    <w:p w14:paraId="1FA2AC04" w14:textId="77777777" w:rsidR="00966BE1" w:rsidRDefault="00000000">
      <w:r>
        <w:rPr>
          <w:rFonts w:ascii="Arial" w:hAnsi="Arial"/>
        </w:rPr>
        <w:t>__________________________________________________________________________________________</w:t>
      </w:r>
    </w:p>
    <w:p w14:paraId="3EADD36B" w14:textId="77777777" w:rsidR="00966BE1" w:rsidRDefault="00000000">
      <w:r>
        <w:rPr>
          <w:rFonts w:ascii="Arial" w:hAnsi="Arial"/>
        </w:rPr>
        <w:t>__________________________________________________________________________________________</w:t>
      </w:r>
    </w:p>
    <w:p w14:paraId="2D949207" w14:textId="77777777" w:rsidR="00966BE1" w:rsidRDefault="00000000">
      <w:r>
        <w:rPr>
          <w:rFonts w:ascii="Arial" w:hAnsi="Arial"/>
        </w:rPr>
        <w:lastRenderedPageBreak/>
        <w:t>__________________________________________________________________________________________</w:t>
      </w:r>
    </w:p>
    <w:p w14:paraId="37B2EE6F" w14:textId="77777777" w:rsidR="00966BE1" w:rsidRDefault="00000000">
      <w:pPr>
        <w:pStyle w:val="Heading3"/>
      </w:pPr>
      <w:r>
        <w:rPr>
          <w:rFonts w:ascii="Arial" w:hAnsi="Arial"/>
        </w:rPr>
        <w:t>6. Citation (if required by course style guide):</w:t>
      </w:r>
    </w:p>
    <w:p w14:paraId="6671F4A2" w14:textId="77777777" w:rsidR="00966BE1" w:rsidRDefault="00000000">
      <w:r>
        <w:rPr>
          <w:rFonts w:ascii="Arial" w:hAnsi="Arial"/>
          <w:i/>
          <w:color w:val="707070"/>
          <w:sz w:val="20"/>
        </w:rPr>
        <w:t>Software Testing uses the IEEE style. Example: Anthropic. (2026). AI Tool (e.g., ChatGPT, Claude, Gemini) [Large language model]. https://claude.ai</w:t>
      </w:r>
    </w:p>
    <w:p w14:paraId="3CC2E2AA" w14:textId="77777777" w:rsidR="00966BE1" w:rsidRDefault="00000000">
      <w:r>
        <w:rPr>
          <w:rFonts w:ascii="Arial" w:hAnsi="Arial"/>
        </w:rPr>
        <w:t>__________________________________________________________________________________________</w:t>
      </w:r>
    </w:p>
    <w:p w14:paraId="1B7E583F" w14:textId="77777777" w:rsidR="00966BE1" w:rsidRDefault="00000000">
      <w:r>
        <w:rPr>
          <w:rFonts w:ascii="Arial" w:hAnsi="Arial"/>
        </w:rPr>
        <w:t>__________________________________________________________________________________________</w:t>
      </w:r>
    </w:p>
    <w:p w14:paraId="590C1D1C" w14:textId="77777777" w:rsidR="00966BE1" w:rsidRDefault="00000000">
      <w:r>
        <w:rPr>
          <w:rFonts w:ascii="Arial" w:hAnsi="Arial"/>
        </w:rPr>
        <w:t>__________________________________________________________________________________________</w:t>
      </w:r>
    </w:p>
    <w:p w14:paraId="40C5AC2A" w14:textId="77777777" w:rsidR="00966BE1" w:rsidRDefault="00000000">
      <w:r>
        <w:rPr>
          <w:rFonts w:ascii="Arial" w:hAnsi="Arial"/>
        </w:rPr>
        <w:t>__________________________________________________________________________________________</w:t>
      </w:r>
    </w:p>
    <w:p w14:paraId="7A6A9DCC" w14:textId="77777777" w:rsidR="00966BE1" w:rsidRDefault="00000000">
      <w:pPr>
        <w:pStyle w:val="Heading2"/>
      </w:pPr>
      <w:r>
        <w:rPr>
          <w:rFonts w:ascii="Arial" w:hAnsi="Arial"/>
        </w:rPr>
        <w:t>3. Statement of Honesty</w:t>
      </w:r>
    </w:p>
    <w:p w14:paraId="67349371" w14:textId="77777777" w:rsidR="00966BE1" w:rsidRDefault="00000000">
      <w:r>
        <w:rPr>
          <w:rFonts w:ascii="Arial" w:hAnsi="Arial"/>
          <w:i/>
        </w:rPr>
        <w:t>By signing below, I confirm that the disclosure above is accurate and complete. I understand that undisclosed or false disclosure of AI use is treated as academic misconduct and may result in a 0 grade for the assignment and disciplinary referral.</w:t>
      </w:r>
    </w:p>
    <w:p w14:paraId="67094B76" w14:textId="77777777" w:rsidR="00966BE1" w:rsidRDefault="00000000">
      <w:pPr>
        <w:pStyle w:val="Heading2"/>
      </w:pPr>
      <w:r>
        <w:rPr>
          <w:rFonts w:ascii="Arial" w:hAnsi="Arial"/>
        </w:rPr>
        <w:t>Signature</w:t>
      </w:r>
    </w:p>
    <w:tbl>
      <w:tblPr>
        <w:tblStyle w:val="LightGrid-Accent1"/>
        <w:tblW w:w="0" w:type="auto"/>
        <w:tblLayout w:type="fixed"/>
        <w:tblLook w:val="04A0" w:firstRow="1" w:lastRow="0" w:firstColumn="1" w:lastColumn="0" w:noHBand="0" w:noVBand="1"/>
      </w:tblPr>
      <w:tblGrid>
        <w:gridCol w:w="3118"/>
        <w:gridCol w:w="6520"/>
      </w:tblGrid>
      <w:tr w:rsidR="00966BE1" w14:paraId="6D6495AB" w14:textId="77777777" w:rsidTr="00966B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  <w:shd w:val="clear" w:color="auto" w:fill="D9E1F2"/>
          </w:tcPr>
          <w:p w14:paraId="6AA0DFE8" w14:textId="77777777" w:rsidR="00966BE1" w:rsidRDefault="00000000">
            <w:r>
              <w:rPr>
                <w:rFonts w:ascii="Arial" w:hAnsi="Arial"/>
                <w:sz w:val="21"/>
              </w:rPr>
              <w:t>Student name (printed):</w:t>
            </w:r>
          </w:p>
        </w:tc>
        <w:tc>
          <w:tcPr>
            <w:tcW w:w="6520" w:type="dxa"/>
          </w:tcPr>
          <w:p w14:paraId="38BAB2A7" w14:textId="77777777" w:rsidR="00966BE1" w:rsidRDefault="00966B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66BE1" w14:paraId="31ED0E39" w14:textId="77777777" w:rsidTr="00966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  <w:shd w:val="clear" w:color="auto" w:fill="D9E1F2"/>
          </w:tcPr>
          <w:p w14:paraId="46CEBBA1" w14:textId="77777777" w:rsidR="00966BE1" w:rsidRDefault="00000000">
            <w:r>
              <w:rPr>
                <w:rFonts w:ascii="Arial" w:hAnsi="Arial"/>
                <w:sz w:val="21"/>
              </w:rPr>
              <w:t>Student ID:</w:t>
            </w:r>
          </w:p>
        </w:tc>
        <w:tc>
          <w:tcPr>
            <w:tcW w:w="6520" w:type="dxa"/>
          </w:tcPr>
          <w:p w14:paraId="0400E8BB" w14:textId="77777777" w:rsidR="00966BE1" w:rsidRDefault="00966B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66BE1" w14:paraId="426CDD53" w14:textId="77777777" w:rsidTr="00966BE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  <w:shd w:val="clear" w:color="auto" w:fill="D9E1F2"/>
          </w:tcPr>
          <w:p w14:paraId="6E4774B3" w14:textId="77777777" w:rsidR="00966BE1" w:rsidRDefault="00000000">
            <w:r>
              <w:rPr>
                <w:rFonts w:ascii="Arial" w:hAnsi="Arial"/>
                <w:sz w:val="21"/>
              </w:rPr>
              <w:t>Class / Cohort:</w:t>
            </w:r>
          </w:p>
        </w:tc>
        <w:tc>
          <w:tcPr>
            <w:tcW w:w="6520" w:type="dxa"/>
          </w:tcPr>
          <w:p w14:paraId="4654E89E" w14:textId="77777777" w:rsidR="00966BE1" w:rsidRDefault="00966BE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966BE1" w14:paraId="3B86D5EA" w14:textId="77777777" w:rsidTr="00966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  <w:shd w:val="clear" w:color="auto" w:fill="D9E1F2"/>
          </w:tcPr>
          <w:p w14:paraId="65739084" w14:textId="77777777" w:rsidR="00966BE1" w:rsidRDefault="00000000">
            <w:r>
              <w:rPr>
                <w:rFonts w:ascii="Arial" w:hAnsi="Arial"/>
                <w:sz w:val="21"/>
              </w:rPr>
              <w:t>Course:</w:t>
            </w:r>
          </w:p>
        </w:tc>
        <w:tc>
          <w:tcPr>
            <w:tcW w:w="6520" w:type="dxa"/>
          </w:tcPr>
          <w:p w14:paraId="1D7C1037" w14:textId="7C26DF98" w:rsidR="00966BE1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hAnsi="Arial"/>
                <w:sz w:val="21"/>
              </w:rPr>
              <w:t>CS423 / CSC1</w:t>
            </w:r>
            <w:r w:rsidR="001438A9">
              <w:rPr>
                <w:rFonts w:ascii="Arial" w:hAnsi="Arial"/>
                <w:sz w:val="21"/>
              </w:rPr>
              <w:t>3</w:t>
            </w:r>
            <w:r>
              <w:rPr>
                <w:rFonts w:ascii="Arial" w:hAnsi="Arial"/>
                <w:sz w:val="21"/>
              </w:rPr>
              <w:t>003 – Software Testing</w:t>
            </w:r>
          </w:p>
        </w:tc>
      </w:tr>
      <w:tr w:rsidR="00966BE1" w14:paraId="3AC2F23E" w14:textId="77777777" w:rsidTr="00966BE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  <w:shd w:val="clear" w:color="auto" w:fill="D9E1F2"/>
          </w:tcPr>
          <w:p w14:paraId="3EC933DF" w14:textId="77777777" w:rsidR="00966BE1" w:rsidRDefault="00000000">
            <w:r>
              <w:rPr>
                <w:rFonts w:ascii="Arial" w:hAnsi="Arial"/>
                <w:sz w:val="21"/>
              </w:rPr>
              <w:t>Instructor:</w:t>
            </w:r>
          </w:p>
        </w:tc>
        <w:tc>
          <w:tcPr>
            <w:tcW w:w="6520" w:type="dxa"/>
          </w:tcPr>
          <w:p w14:paraId="47D7BEE3" w14:textId="77777777" w:rsidR="00966BE1" w:rsidRDefault="00966BE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966BE1" w14:paraId="7814E6D6" w14:textId="77777777" w:rsidTr="00966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  <w:shd w:val="clear" w:color="auto" w:fill="D9E1F2"/>
          </w:tcPr>
          <w:p w14:paraId="63D3FDF4" w14:textId="77777777" w:rsidR="00966BE1" w:rsidRDefault="00000000">
            <w:r>
              <w:rPr>
                <w:rFonts w:ascii="Arial" w:hAnsi="Arial"/>
                <w:sz w:val="21"/>
              </w:rPr>
              <w:t>Date:</w:t>
            </w:r>
          </w:p>
        </w:tc>
        <w:tc>
          <w:tcPr>
            <w:tcW w:w="6520" w:type="dxa"/>
          </w:tcPr>
          <w:p w14:paraId="56C253C7" w14:textId="77777777" w:rsidR="00966BE1" w:rsidRDefault="00966B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66BE1" w14:paraId="73F73076" w14:textId="77777777" w:rsidTr="00966BE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  <w:shd w:val="clear" w:color="auto" w:fill="D9E1F2"/>
          </w:tcPr>
          <w:p w14:paraId="54E88F02" w14:textId="77777777" w:rsidR="00966BE1" w:rsidRDefault="00000000">
            <w:r>
              <w:rPr>
                <w:rFonts w:ascii="Arial" w:hAnsi="Arial"/>
                <w:sz w:val="21"/>
              </w:rPr>
              <w:t>Signature:</w:t>
            </w:r>
          </w:p>
        </w:tc>
        <w:tc>
          <w:tcPr>
            <w:tcW w:w="6520" w:type="dxa"/>
          </w:tcPr>
          <w:p w14:paraId="78C335E3" w14:textId="77777777" w:rsidR="00966BE1" w:rsidRDefault="00966BE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</w:tbl>
    <w:p w14:paraId="6D0B0764" w14:textId="77777777" w:rsidR="00966BE1" w:rsidRDefault="00000000">
      <w:pPr>
        <w:pStyle w:val="Heading2"/>
      </w:pPr>
      <w:r>
        <w:rPr>
          <w:rFonts w:ascii="Arial" w:hAnsi="Arial"/>
        </w:rPr>
        <w:t>References</w:t>
      </w:r>
    </w:p>
    <w:p w14:paraId="5B277027" w14:textId="77777777" w:rsidR="00966BE1" w:rsidRDefault="00000000">
      <w:pPr>
        <w:pStyle w:val="ListBullet"/>
      </w:pPr>
      <w:r>
        <w:rPr>
          <w:rFonts w:ascii="Arial" w:hAnsi="Arial"/>
        </w:rPr>
        <w:t>Kharbach, M. (2026). AI Use Policy Templates for Higher Education. CC BY-NC-SA 4.0.</w:t>
      </w:r>
    </w:p>
    <w:p w14:paraId="13066681" w14:textId="77777777" w:rsidR="00966BE1" w:rsidRDefault="00000000">
      <w:pPr>
        <w:pStyle w:val="ListBullet"/>
      </w:pPr>
      <w:r>
        <w:rPr>
          <w:rFonts w:ascii="Arial" w:hAnsi="Arial"/>
        </w:rPr>
        <w:t>ISTQB Foundation Level Syllabus (latest version).</w:t>
      </w:r>
    </w:p>
    <w:p w14:paraId="779730A3" w14:textId="77777777" w:rsidR="00966BE1" w:rsidRDefault="00000000">
      <w:pPr>
        <w:pStyle w:val="ListBullet"/>
      </w:pPr>
      <w:r>
        <w:rPr>
          <w:rFonts w:ascii="Arial" w:hAnsi="Arial"/>
        </w:rPr>
        <w:t>Hardman, P. (2025). A Post-AI Learning Taxonomy.</w:t>
      </w:r>
    </w:p>
    <w:p w14:paraId="7E31CBE1" w14:textId="77777777" w:rsidR="00966BE1" w:rsidRDefault="00000000">
      <w:pPr>
        <w:pStyle w:val="ListBullet"/>
      </w:pPr>
      <w:r>
        <w:rPr>
          <w:rFonts w:ascii="Arial" w:hAnsi="Arial"/>
        </w:rPr>
        <w:t>Fuster Rabella, M. (2025). OECD Education Working Paper No. 338.</w:t>
      </w:r>
    </w:p>
    <w:p w14:paraId="576781E1" w14:textId="77777777" w:rsidR="00966BE1" w:rsidRDefault="00000000">
      <w:pPr>
        <w:pStyle w:val="ListBullet"/>
      </w:pPr>
      <w:r>
        <w:rPr>
          <w:rFonts w:ascii="Arial" w:hAnsi="Arial"/>
        </w:rPr>
        <w:t>Perkins, M., Roe, J., &amp; Furze, L. (2025). AI Assessment Scale.</w:t>
      </w:r>
    </w:p>
    <w:p w14:paraId="38EE7A6B" w14:textId="77777777" w:rsidR="00966BE1" w:rsidRDefault="00000000">
      <w:pPr>
        <w:pStyle w:val="ListBullet"/>
      </w:pPr>
      <w:r>
        <w:rPr>
          <w:rFonts w:ascii="Arial" w:hAnsi="Arial"/>
        </w:rPr>
        <w:t>Anthropic (2025). Building reliable AI test agents — engineering blog.</w:t>
      </w:r>
    </w:p>
    <w:p w14:paraId="2FDB2101" w14:textId="77777777" w:rsidR="00966BE1" w:rsidRDefault="00000000">
      <w:pPr>
        <w:pStyle w:val="ListBullet"/>
      </w:pPr>
      <w:r>
        <w:rPr>
          <w:rFonts w:ascii="Arial" w:hAnsi="Arial"/>
        </w:rPr>
        <w:t>DeepEval &amp; Promptfoo documentation — testing frameworks for LLM systems.</w:t>
      </w:r>
    </w:p>
    <w:sectPr w:rsidR="00966BE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15082836">
    <w:abstractNumId w:val="8"/>
  </w:num>
  <w:num w:numId="2" w16cid:durableId="1416895259">
    <w:abstractNumId w:val="6"/>
  </w:num>
  <w:num w:numId="3" w16cid:durableId="33235336">
    <w:abstractNumId w:val="5"/>
  </w:num>
  <w:num w:numId="4" w16cid:durableId="761805740">
    <w:abstractNumId w:val="4"/>
  </w:num>
  <w:num w:numId="5" w16cid:durableId="1735591344">
    <w:abstractNumId w:val="7"/>
  </w:num>
  <w:num w:numId="6" w16cid:durableId="1496415245">
    <w:abstractNumId w:val="3"/>
  </w:num>
  <w:num w:numId="7" w16cid:durableId="1474836420">
    <w:abstractNumId w:val="2"/>
  </w:num>
  <w:num w:numId="8" w16cid:durableId="711729475">
    <w:abstractNumId w:val="1"/>
  </w:num>
  <w:num w:numId="9" w16cid:durableId="97064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438A9"/>
    <w:rsid w:val="0015074B"/>
    <w:rsid w:val="0029639D"/>
    <w:rsid w:val="00326F90"/>
    <w:rsid w:val="004C7120"/>
    <w:rsid w:val="007053D5"/>
    <w:rsid w:val="00966BE1"/>
    <w:rsid w:val="00AA1D8D"/>
    <w:rsid w:val="00B27C6B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7024F3E"/>
  <w14:defaultImageDpi w14:val="300"/>
  <w15:docId w15:val="{E3C66E2A-3581-4184-A75C-2489224E6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698</Words>
  <Characters>3984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4673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Lam Quang, Vu</cp:lastModifiedBy>
  <cp:revision>4</cp:revision>
  <dcterms:created xsi:type="dcterms:W3CDTF">2013-12-23T23:15:00Z</dcterms:created>
  <dcterms:modified xsi:type="dcterms:W3CDTF">2026-05-18T14:52:00Z</dcterms:modified>
  <cp:category/>
</cp:coreProperties>
</file>