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05F9" w14:textId="77777777" w:rsidR="009970E0" w:rsidRDefault="00000000">
      <w:pPr>
        <w:jc w:val="center"/>
      </w:pPr>
      <w:r>
        <w:rPr>
          <w:rFonts w:ascii="Arial" w:hAnsi="Arial"/>
          <w:b/>
        </w:rPr>
        <w:t>Faculty of Information Technology (FIT) – Ho Chi Minh City University of Science (HCMUS)</w:t>
      </w:r>
    </w:p>
    <w:p w14:paraId="4B190E7A" w14:textId="037014E2" w:rsidR="009970E0" w:rsidRDefault="00000000">
      <w:pPr>
        <w:jc w:val="center"/>
      </w:pPr>
      <w:r>
        <w:rPr>
          <w:rFonts w:ascii="Arial" w:hAnsi="Arial"/>
          <w:b/>
        </w:rPr>
        <w:t>CS423 / CSC1</w:t>
      </w:r>
      <w:r w:rsidR="00F6323E">
        <w:rPr>
          <w:rFonts w:ascii="Arial" w:hAnsi="Arial"/>
          <w:b/>
        </w:rPr>
        <w:t>3</w:t>
      </w:r>
      <w:r>
        <w:rPr>
          <w:rFonts w:ascii="Arial" w:hAnsi="Arial"/>
          <w:b/>
        </w:rPr>
        <w:t>003 – Software Testing (AI-augmented · 2026)</w:t>
      </w:r>
    </w:p>
    <w:p w14:paraId="1B4D432D" w14:textId="77777777" w:rsidR="009970E0" w:rsidRDefault="00000000">
      <w:pPr>
        <w:jc w:val="center"/>
      </w:pPr>
      <w:r>
        <w:rPr>
          <w:rFonts w:ascii="Arial" w:hAnsi="Arial"/>
          <w:b/>
          <w:color w:val="C00000"/>
          <w:sz w:val="20"/>
        </w:rPr>
        <w:t>AI POLICY · TEMPLATES — 2026 v1.0</w:t>
      </w:r>
    </w:p>
    <w:p w14:paraId="7E16DB8D" w14:textId="77777777" w:rsidR="009970E0" w:rsidRDefault="00000000">
      <w:pPr>
        <w:pStyle w:val="Heading1"/>
      </w:pPr>
      <w:r>
        <w:rPr>
          <w:rFonts w:ascii="Arial" w:hAnsi="Arial"/>
        </w:rPr>
        <w:t>Reflective AI Use Statement</w:t>
      </w:r>
    </w:p>
    <w:p w14:paraId="4DF1B7FE" w14:textId="340B887E" w:rsidR="009970E0" w:rsidRDefault="00000000">
      <w:r>
        <w:rPr>
          <w:rFonts w:ascii="Arial" w:hAnsi="Arial"/>
          <w:i/>
        </w:rPr>
        <w:t>For major Seminars. Required when submitting at AI Category 4 or 5.</w:t>
      </w:r>
    </w:p>
    <w:p w14:paraId="4D2C6A35" w14:textId="6409AFB1" w:rsidR="009970E0" w:rsidRDefault="00000000">
      <w:r>
        <w:rPr>
          <w:rFonts w:ascii="Arial" w:hAnsi="Arial"/>
          <w:i/>
          <w:color w:val="707070"/>
          <w:sz w:val="18"/>
        </w:rPr>
        <w:t>Adapted from Med Kharbach, PhD (2026) — AI Use Policy Templates for Higher Education. CC BY-NC-SA 4.0. This adaptation is prepared for FIT@HCMUS – CS423 / CSC1</w:t>
      </w:r>
      <w:r w:rsidR="00FC6CFF">
        <w:rPr>
          <w:rFonts w:ascii="Arial" w:hAnsi="Arial"/>
          <w:i/>
          <w:color w:val="707070"/>
          <w:sz w:val="18"/>
        </w:rPr>
        <w:t>3</w:t>
      </w:r>
      <w:r>
        <w:rPr>
          <w:rFonts w:ascii="Arial" w:hAnsi="Arial"/>
          <w:i/>
          <w:color w:val="707070"/>
          <w:sz w:val="18"/>
        </w:rPr>
        <w:t>003 Software Testing course.</w:t>
      </w:r>
    </w:p>
    <w:p w14:paraId="3BF3526A" w14:textId="77777777" w:rsidR="009970E0" w:rsidRDefault="00000000">
      <w:pPr>
        <w:pStyle w:val="Heading2"/>
      </w:pPr>
      <w:r>
        <w:rPr>
          <w:rFonts w:ascii="Arial" w:hAnsi="Arial"/>
        </w:rPr>
        <w:t>1. Project &amp; Author Info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9970E0" w14:paraId="2B1ABB78" w14:textId="77777777" w:rsidTr="009970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1F4E79"/>
            <w:vAlign w:val="center"/>
          </w:tcPr>
          <w:p w14:paraId="00AD7A36" w14:textId="77777777" w:rsidR="009970E0" w:rsidRDefault="00000000">
            <w:r>
              <w:rPr>
                <w:rFonts w:ascii="Arial" w:hAnsi="Arial"/>
                <w:color w:val="FFFFFF"/>
              </w:rPr>
              <w:t>Field</w:t>
            </w:r>
          </w:p>
        </w:tc>
        <w:tc>
          <w:tcPr>
            <w:tcW w:w="6520" w:type="dxa"/>
            <w:shd w:val="clear" w:color="auto" w:fill="1F4E79"/>
            <w:vAlign w:val="center"/>
          </w:tcPr>
          <w:p w14:paraId="1A362AF5" w14:textId="77777777" w:rsidR="009970E0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Value</w:t>
            </w:r>
          </w:p>
        </w:tc>
      </w:tr>
      <w:tr w:rsidR="009970E0" w14:paraId="24AAD8D0" w14:textId="77777777" w:rsidTr="0099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B96ADFE" w14:textId="77777777" w:rsidR="009970E0" w:rsidRDefault="00000000">
            <w:r>
              <w:rPr>
                <w:rFonts w:ascii="Arial" w:hAnsi="Arial"/>
                <w:sz w:val="21"/>
              </w:rPr>
              <w:t>Course:</w:t>
            </w:r>
          </w:p>
        </w:tc>
        <w:tc>
          <w:tcPr>
            <w:tcW w:w="6520" w:type="dxa"/>
          </w:tcPr>
          <w:p w14:paraId="1E9DBEBB" w14:textId="2C764A88" w:rsidR="009970E0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CS423 / CSC1</w:t>
            </w:r>
            <w:r w:rsidR="00077826">
              <w:rPr>
                <w:rFonts w:ascii="Arial" w:hAnsi="Arial"/>
                <w:sz w:val="21"/>
              </w:rPr>
              <w:t>3</w:t>
            </w:r>
            <w:r>
              <w:rPr>
                <w:rFonts w:ascii="Arial" w:hAnsi="Arial"/>
                <w:sz w:val="21"/>
              </w:rPr>
              <w:t>003 – Software Testing</w:t>
            </w:r>
          </w:p>
        </w:tc>
      </w:tr>
      <w:tr w:rsidR="009970E0" w14:paraId="00A63565" w14:textId="77777777" w:rsidTr="009970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494C64FA" w14:textId="77777777" w:rsidR="009970E0" w:rsidRDefault="00000000">
            <w:r>
              <w:rPr>
                <w:rFonts w:ascii="Arial" w:hAnsi="Arial"/>
                <w:sz w:val="21"/>
              </w:rPr>
              <w:t>Project / Capstone title:</w:t>
            </w:r>
          </w:p>
        </w:tc>
        <w:tc>
          <w:tcPr>
            <w:tcW w:w="6520" w:type="dxa"/>
          </w:tcPr>
          <w:p w14:paraId="12CA9441" w14:textId="77777777" w:rsidR="009970E0" w:rsidRDefault="0099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970E0" w14:paraId="160C895C" w14:textId="77777777" w:rsidTr="0099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035B0484" w14:textId="77777777" w:rsidR="009970E0" w:rsidRDefault="00000000">
            <w:r>
              <w:rPr>
                <w:rFonts w:ascii="Arial" w:hAnsi="Arial"/>
                <w:sz w:val="21"/>
              </w:rPr>
              <w:t>Team members (if group):</w:t>
            </w:r>
          </w:p>
        </w:tc>
        <w:tc>
          <w:tcPr>
            <w:tcW w:w="6520" w:type="dxa"/>
          </w:tcPr>
          <w:p w14:paraId="55C8DE7F" w14:textId="77777777" w:rsidR="009970E0" w:rsidRDefault="009970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970E0" w14:paraId="10FA3B51" w14:textId="77777777" w:rsidTr="009970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9FE5321" w14:textId="77777777" w:rsidR="009970E0" w:rsidRDefault="00000000">
            <w:r>
              <w:rPr>
                <w:rFonts w:ascii="Arial" w:hAnsi="Arial"/>
                <w:sz w:val="21"/>
              </w:rPr>
              <w:t>Student name:</w:t>
            </w:r>
          </w:p>
        </w:tc>
        <w:tc>
          <w:tcPr>
            <w:tcW w:w="6520" w:type="dxa"/>
          </w:tcPr>
          <w:p w14:paraId="2CC8087C" w14:textId="77777777" w:rsidR="009970E0" w:rsidRDefault="0099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970E0" w14:paraId="4257FB6A" w14:textId="77777777" w:rsidTr="0099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6AC243BA" w14:textId="77777777" w:rsidR="009970E0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39AD2457" w14:textId="77777777" w:rsidR="009970E0" w:rsidRDefault="009970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970E0" w14:paraId="54F8BB93" w14:textId="77777777" w:rsidTr="009970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4454FB3B" w14:textId="77777777" w:rsidR="009970E0" w:rsidRDefault="00000000">
            <w:r>
              <w:rPr>
                <w:rFonts w:ascii="Arial" w:hAnsi="Arial"/>
                <w:sz w:val="21"/>
              </w:rPr>
              <w:t>Submission date:</w:t>
            </w:r>
          </w:p>
        </w:tc>
        <w:tc>
          <w:tcPr>
            <w:tcW w:w="6520" w:type="dxa"/>
          </w:tcPr>
          <w:p w14:paraId="0B36EB97" w14:textId="77777777" w:rsidR="009970E0" w:rsidRDefault="0099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540C753" w14:textId="77777777" w:rsidR="009970E0" w:rsidRDefault="00000000">
      <w:pPr>
        <w:pStyle w:val="Heading2"/>
      </w:pPr>
      <w:r>
        <w:rPr>
          <w:rFonts w:ascii="Arial" w:hAnsi="Arial"/>
        </w:rPr>
        <w:t>2. Reflection Questions</w:t>
      </w:r>
    </w:p>
    <w:p w14:paraId="012B9B97" w14:textId="77777777" w:rsidR="009970E0" w:rsidRDefault="00000000">
      <w:pPr>
        <w:pStyle w:val="Heading3"/>
      </w:pPr>
      <w:r>
        <w:rPr>
          <w:rFonts w:ascii="Arial" w:hAnsi="Arial"/>
        </w:rPr>
        <w:t>1. How did AI support your work?</w:t>
      </w:r>
    </w:p>
    <w:p w14:paraId="00FC9A92" w14:textId="77777777" w:rsidR="009970E0" w:rsidRDefault="00000000">
      <w:r>
        <w:rPr>
          <w:rFonts w:ascii="Arial" w:hAnsi="Arial"/>
          <w:i/>
          <w:color w:val="707070"/>
          <w:sz w:val="20"/>
        </w:rPr>
        <w:t>Describe specifically where and how AI tools contributed to this project: test design, scenario brainstorming, code generation, log analysis, defect triage, documentation, presentation prep, or other tasks.</w:t>
      </w:r>
    </w:p>
    <w:p w14:paraId="75C274AE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400331E7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559E51CB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35B4C1A6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7275BC2B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29C0A6AC" w14:textId="77777777" w:rsidR="009970E0" w:rsidRDefault="00000000">
      <w:pPr>
        <w:pStyle w:val="Heading3"/>
      </w:pPr>
      <w:r>
        <w:rPr>
          <w:rFonts w:ascii="Arial" w:hAnsi="Arial"/>
        </w:rPr>
        <w:t>2. What did you accept, reject, or revise from AI outputs?</w:t>
      </w:r>
    </w:p>
    <w:p w14:paraId="5EC6E16F" w14:textId="77777777" w:rsidR="009970E0" w:rsidRDefault="00000000">
      <w:r>
        <w:rPr>
          <w:rFonts w:ascii="Arial" w:hAnsi="Arial"/>
          <w:i/>
          <w:color w:val="707070"/>
          <w:sz w:val="20"/>
        </w:rPr>
        <w:t>Identify which AI suggestions you incorporated, which you discarded, and how you adapted material to fit the spec, ISTQB principles, or your own analysis.</w:t>
      </w:r>
    </w:p>
    <w:p w14:paraId="0EC34E12" w14:textId="77777777" w:rsidR="009970E0" w:rsidRDefault="00000000">
      <w:r>
        <w:rPr>
          <w:rFonts w:ascii="Arial" w:hAnsi="Arial"/>
        </w:rPr>
        <w:lastRenderedPageBreak/>
        <w:t>__________________________________________________________________________________________</w:t>
      </w:r>
    </w:p>
    <w:p w14:paraId="7596CDD8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3563D859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526F91FE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D4097F0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5211A3C9" w14:textId="77777777" w:rsidR="009970E0" w:rsidRDefault="00000000">
      <w:pPr>
        <w:pStyle w:val="Heading3"/>
      </w:pPr>
      <w:r>
        <w:rPr>
          <w:rFonts w:ascii="Arial" w:hAnsi="Arial"/>
        </w:rPr>
        <w:t>3. What errors, biases, or limitations did you notice in the AI outputs?</w:t>
      </w:r>
    </w:p>
    <w:p w14:paraId="09C52872" w14:textId="77777777" w:rsidR="009970E0" w:rsidRDefault="00000000">
      <w:r>
        <w:rPr>
          <w:rFonts w:ascii="Arial" w:hAnsi="Arial"/>
          <w:i/>
          <w:color w:val="707070"/>
          <w:sz w:val="20"/>
        </w:rPr>
        <w:t>Concrete examples: hallucinated functions, wrong boundary, missed security case, confused metrics (e.g., p95 vs top 5%), invented citations, etc.</w:t>
      </w:r>
    </w:p>
    <w:p w14:paraId="6BAD4965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71E5996E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03C06FA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9E45B97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789AA796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01C2FBC" w14:textId="77777777" w:rsidR="009970E0" w:rsidRDefault="00000000">
      <w:pPr>
        <w:pStyle w:val="Heading3"/>
      </w:pPr>
      <w:r>
        <w:rPr>
          <w:rFonts w:ascii="Arial" w:hAnsi="Arial"/>
        </w:rPr>
        <w:t>4. How did you verify information, sources, or claims provided by AI?</w:t>
      </w:r>
    </w:p>
    <w:p w14:paraId="34601E15" w14:textId="77777777" w:rsidR="009970E0" w:rsidRDefault="00000000">
      <w:r>
        <w:rPr>
          <w:rFonts w:ascii="Arial" w:hAnsi="Arial"/>
          <w:i/>
          <w:color w:val="707070"/>
          <w:sz w:val="20"/>
        </w:rPr>
        <w:t>Describe the verification method (ran the test, checked the spec, looked up RFC, asked TA, cross-checked another tool, executed on real SUT).</w:t>
      </w:r>
    </w:p>
    <w:p w14:paraId="666EDCD9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461B6D23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2536BEAB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403D6FA0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0FF02E3C" w14:textId="77777777" w:rsidR="009970E0" w:rsidRDefault="00000000">
      <w:r>
        <w:rPr>
          <w:rFonts w:ascii="Arial" w:hAnsi="Arial"/>
        </w:rPr>
        <w:lastRenderedPageBreak/>
        <w:t>__________________________________________________________________________________________</w:t>
      </w:r>
    </w:p>
    <w:p w14:paraId="0C2A76DC" w14:textId="77777777" w:rsidR="009970E0" w:rsidRDefault="00000000">
      <w:pPr>
        <w:pStyle w:val="Heading3"/>
      </w:pPr>
      <w:r>
        <w:rPr>
          <w:rFonts w:ascii="Arial" w:hAnsi="Arial"/>
        </w:rPr>
        <w:t>5. What did you learn through this project that you could not have learned by simply accepting AI output?</w:t>
      </w:r>
    </w:p>
    <w:p w14:paraId="541E9F33" w14:textId="77777777" w:rsidR="009970E0" w:rsidRDefault="00000000">
      <w:r>
        <w:rPr>
          <w:rFonts w:ascii="Arial" w:hAnsi="Arial"/>
          <w:i/>
          <w:color w:val="707070"/>
          <w:sz w:val="20"/>
        </w:rPr>
        <w:t>Reflect on your own intellectual contribution. How did AI shape (or fail to shape) your understanding of testing? What is one principle you will keep for future work?</w:t>
      </w:r>
    </w:p>
    <w:p w14:paraId="35CE5A18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48631A24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CEEC59A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0F1F555A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401A1E35" w14:textId="77777777" w:rsidR="009970E0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4505C027" w14:textId="77777777" w:rsidR="009970E0" w:rsidRDefault="00000000">
      <w:pPr>
        <w:pStyle w:val="Heading2"/>
      </w:pPr>
      <w:r>
        <w:rPr>
          <w:rFonts w:ascii="Arial" w:hAnsi="Arial"/>
        </w:rPr>
        <w:t>3. AI Categories Used</w:t>
      </w:r>
    </w:p>
    <w:p w14:paraId="08A97D66" w14:textId="77777777" w:rsidR="009970E0" w:rsidRDefault="00000000">
      <w:r>
        <w:rPr>
          <w:rFonts w:ascii="Arial" w:hAnsi="Arial"/>
        </w:rPr>
        <w:t>Mark all that applied at any stage of the project:</w:t>
      </w:r>
    </w:p>
    <w:p w14:paraId="693C74BD" w14:textId="77777777" w:rsidR="009970E0" w:rsidRDefault="00000000">
      <w:pPr>
        <w:pStyle w:val="ListBullet"/>
      </w:pPr>
      <w:r>
        <w:rPr>
          <w:rFonts w:ascii="Arial" w:hAnsi="Arial"/>
        </w:rPr>
        <w:t>[ ] Cat. 1 – No AI</w:t>
      </w:r>
    </w:p>
    <w:p w14:paraId="4F5769D3" w14:textId="77777777" w:rsidR="009970E0" w:rsidRDefault="00000000">
      <w:pPr>
        <w:pStyle w:val="ListBullet"/>
      </w:pPr>
      <w:r>
        <w:rPr>
          <w:rFonts w:ascii="Arial" w:hAnsi="Arial"/>
        </w:rPr>
        <w:t>[ ] Cat. 2 – AI for preparation only</w:t>
      </w:r>
    </w:p>
    <w:p w14:paraId="6783A475" w14:textId="77777777" w:rsidR="009970E0" w:rsidRDefault="00000000">
      <w:pPr>
        <w:pStyle w:val="ListBullet"/>
      </w:pPr>
      <w:r>
        <w:rPr>
          <w:rFonts w:ascii="Arial" w:hAnsi="Arial"/>
        </w:rPr>
        <w:t>[ ] Cat. 3 – AI for feedback / revision</w:t>
      </w:r>
    </w:p>
    <w:p w14:paraId="4049106B" w14:textId="77777777" w:rsidR="009970E0" w:rsidRDefault="00000000">
      <w:pPr>
        <w:pStyle w:val="ListBullet"/>
      </w:pPr>
      <w:r>
        <w:rPr>
          <w:rFonts w:ascii="Arial" w:hAnsi="Arial"/>
        </w:rPr>
        <w:t>[ ] Cat. 4 – AI-assisted production</w:t>
      </w:r>
    </w:p>
    <w:p w14:paraId="4E07B2A2" w14:textId="77777777" w:rsidR="009970E0" w:rsidRDefault="00000000">
      <w:pPr>
        <w:pStyle w:val="ListBullet"/>
      </w:pPr>
      <w:r>
        <w:rPr>
          <w:rFonts w:ascii="Arial" w:hAnsi="Arial"/>
        </w:rPr>
        <w:t>[ ] Cat. 5 – AI-integrated work</w:t>
      </w:r>
    </w:p>
    <w:p w14:paraId="185CE1EC" w14:textId="77777777" w:rsidR="009970E0" w:rsidRDefault="00000000">
      <w:pPr>
        <w:pStyle w:val="Heading2"/>
      </w:pPr>
      <w:r>
        <w:rPr>
          <w:rFonts w:ascii="Arial" w:hAnsi="Arial"/>
        </w:rPr>
        <w:t>4. Author Signature</w:t>
      </w:r>
    </w:p>
    <w:p w14:paraId="3E53D1E2" w14:textId="77777777" w:rsidR="009970E0" w:rsidRDefault="00000000">
      <w:r>
        <w:rPr>
          <w:rFonts w:ascii="Arial" w:hAnsi="Arial"/>
          <w:i/>
        </w:rPr>
        <w:t>By signing below, I confirm that this reflective statement is honest and accurately represents how AI was used in this project. I take full intellectual responsibility for the final submission.</w:t>
      </w:r>
    </w:p>
    <w:p w14:paraId="30A798F4" w14:textId="77777777" w:rsidR="009970E0" w:rsidRDefault="00000000">
      <w:pPr>
        <w:pStyle w:val="Heading2"/>
      </w:pPr>
      <w:r>
        <w:rPr>
          <w:rFonts w:ascii="Arial" w:hAnsi="Arial"/>
        </w:rPr>
        <w:t>Signature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9970E0" w14:paraId="71409BDD" w14:textId="77777777" w:rsidTr="009970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28A397EB" w14:textId="77777777" w:rsidR="009970E0" w:rsidRDefault="00000000">
            <w:r>
              <w:rPr>
                <w:rFonts w:ascii="Arial" w:hAnsi="Arial"/>
                <w:sz w:val="21"/>
              </w:rPr>
              <w:t>Student name (printed):</w:t>
            </w:r>
          </w:p>
        </w:tc>
        <w:tc>
          <w:tcPr>
            <w:tcW w:w="6520" w:type="dxa"/>
          </w:tcPr>
          <w:p w14:paraId="2707CC98" w14:textId="77777777" w:rsidR="009970E0" w:rsidRDefault="00997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970E0" w14:paraId="7275BAEF" w14:textId="77777777" w:rsidTr="0099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6A85369" w14:textId="77777777" w:rsidR="009970E0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1294D32A" w14:textId="77777777" w:rsidR="009970E0" w:rsidRDefault="009970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970E0" w14:paraId="0B47E187" w14:textId="77777777" w:rsidTr="009970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29916A5F" w14:textId="77777777" w:rsidR="009970E0" w:rsidRDefault="00000000">
            <w:r>
              <w:rPr>
                <w:rFonts w:ascii="Arial" w:hAnsi="Arial"/>
                <w:sz w:val="21"/>
              </w:rPr>
              <w:t>Class / Cohort:</w:t>
            </w:r>
          </w:p>
        </w:tc>
        <w:tc>
          <w:tcPr>
            <w:tcW w:w="6520" w:type="dxa"/>
          </w:tcPr>
          <w:p w14:paraId="4AAA889E" w14:textId="77777777" w:rsidR="009970E0" w:rsidRDefault="0099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970E0" w14:paraId="71363AAF" w14:textId="77777777" w:rsidTr="0099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FA3C07F" w14:textId="77777777" w:rsidR="009970E0" w:rsidRDefault="00000000">
            <w:r>
              <w:rPr>
                <w:rFonts w:ascii="Arial" w:hAnsi="Arial"/>
                <w:sz w:val="21"/>
              </w:rPr>
              <w:t>Course:</w:t>
            </w:r>
          </w:p>
        </w:tc>
        <w:tc>
          <w:tcPr>
            <w:tcW w:w="6520" w:type="dxa"/>
          </w:tcPr>
          <w:p w14:paraId="281CBAC7" w14:textId="7C8FC023" w:rsidR="009970E0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CS423 / CSC1</w:t>
            </w:r>
            <w:r w:rsidR="008326BF">
              <w:rPr>
                <w:rFonts w:ascii="Arial" w:hAnsi="Arial"/>
                <w:sz w:val="21"/>
              </w:rPr>
              <w:t>3</w:t>
            </w:r>
            <w:r>
              <w:rPr>
                <w:rFonts w:ascii="Arial" w:hAnsi="Arial"/>
                <w:sz w:val="21"/>
              </w:rPr>
              <w:t>003 – Software Testing</w:t>
            </w:r>
          </w:p>
        </w:tc>
      </w:tr>
      <w:tr w:rsidR="009970E0" w14:paraId="231698F0" w14:textId="77777777" w:rsidTr="009970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487635F9" w14:textId="77777777" w:rsidR="009970E0" w:rsidRDefault="00000000">
            <w:r>
              <w:rPr>
                <w:rFonts w:ascii="Arial" w:hAnsi="Arial"/>
                <w:sz w:val="21"/>
              </w:rPr>
              <w:t>Instructor:</w:t>
            </w:r>
          </w:p>
        </w:tc>
        <w:tc>
          <w:tcPr>
            <w:tcW w:w="6520" w:type="dxa"/>
          </w:tcPr>
          <w:p w14:paraId="7A016898" w14:textId="77777777" w:rsidR="009970E0" w:rsidRDefault="0099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970E0" w14:paraId="6B17063D" w14:textId="77777777" w:rsidTr="0099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34F603A2" w14:textId="77777777" w:rsidR="009970E0" w:rsidRDefault="00000000">
            <w:r>
              <w:rPr>
                <w:rFonts w:ascii="Arial" w:hAnsi="Arial"/>
                <w:sz w:val="21"/>
              </w:rPr>
              <w:t>Date:</w:t>
            </w:r>
          </w:p>
        </w:tc>
        <w:tc>
          <w:tcPr>
            <w:tcW w:w="6520" w:type="dxa"/>
          </w:tcPr>
          <w:p w14:paraId="5CF62C86" w14:textId="77777777" w:rsidR="009970E0" w:rsidRDefault="009970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970E0" w14:paraId="20C2A34C" w14:textId="77777777" w:rsidTr="009970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6D575223" w14:textId="77777777" w:rsidR="009970E0" w:rsidRDefault="00000000">
            <w:r>
              <w:rPr>
                <w:rFonts w:ascii="Arial" w:hAnsi="Arial"/>
                <w:sz w:val="21"/>
              </w:rPr>
              <w:t>Signature:</w:t>
            </w:r>
          </w:p>
        </w:tc>
        <w:tc>
          <w:tcPr>
            <w:tcW w:w="6520" w:type="dxa"/>
          </w:tcPr>
          <w:p w14:paraId="49F6EBD8" w14:textId="77777777" w:rsidR="009970E0" w:rsidRDefault="0099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5FF6EAD" w14:textId="77777777" w:rsidR="009970E0" w:rsidRDefault="00000000">
      <w:pPr>
        <w:pStyle w:val="Heading2"/>
      </w:pPr>
      <w:r>
        <w:rPr>
          <w:rFonts w:ascii="Arial" w:hAnsi="Arial"/>
        </w:rPr>
        <w:lastRenderedPageBreak/>
        <w:t>References</w:t>
      </w:r>
    </w:p>
    <w:p w14:paraId="1345DB69" w14:textId="77777777" w:rsidR="009970E0" w:rsidRDefault="00000000">
      <w:pPr>
        <w:pStyle w:val="ListBullet"/>
      </w:pPr>
      <w:r>
        <w:rPr>
          <w:rFonts w:ascii="Arial" w:hAnsi="Arial"/>
        </w:rPr>
        <w:t>Kharbach, M. (2026). AI Use Policy Templates for Higher Education. CC BY-NC-SA 4.0.</w:t>
      </w:r>
    </w:p>
    <w:p w14:paraId="79FF0895" w14:textId="77777777" w:rsidR="009970E0" w:rsidRDefault="00000000">
      <w:pPr>
        <w:pStyle w:val="ListBullet"/>
      </w:pPr>
      <w:r>
        <w:rPr>
          <w:rFonts w:ascii="Arial" w:hAnsi="Arial"/>
        </w:rPr>
        <w:t>ISTQB Foundation Level Syllabus (latest version).</w:t>
      </w:r>
    </w:p>
    <w:p w14:paraId="47F93A3C" w14:textId="77777777" w:rsidR="009970E0" w:rsidRDefault="00000000">
      <w:pPr>
        <w:pStyle w:val="ListBullet"/>
      </w:pPr>
      <w:r>
        <w:rPr>
          <w:rFonts w:ascii="Arial" w:hAnsi="Arial"/>
        </w:rPr>
        <w:t>Hardman, P. (2025). A Post-AI Learning Taxonomy.</w:t>
      </w:r>
    </w:p>
    <w:p w14:paraId="3F3BDE3F" w14:textId="77777777" w:rsidR="009970E0" w:rsidRDefault="00000000">
      <w:pPr>
        <w:pStyle w:val="ListBullet"/>
      </w:pPr>
      <w:r>
        <w:rPr>
          <w:rFonts w:ascii="Arial" w:hAnsi="Arial"/>
        </w:rPr>
        <w:t>Fuster Rabella, M. (2025). OECD Education Working Paper No. 338.</w:t>
      </w:r>
    </w:p>
    <w:p w14:paraId="76C9F78B" w14:textId="77777777" w:rsidR="009970E0" w:rsidRDefault="00000000">
      <w:pPr>
        <w:pStyle w:val="ListBullet"/>
      </w:pPr>
      <w:r>
        <w:rPr>
          <w:rFonts w:ascii="Arial" w:hAnsi="Arial"/>
        </w:rPr>
        <w:t>Perkins, M., Roe, J., &amp; Furze, L. (2025). AI Assessment Scale.</w:t>
      </w:r>
    </w:p>
    <w:p w14:paraId="3D2A7579" w14:textId="77777777" w:rsidR="009970E0" w:rsidRDefault="00000000">
      <w:pPr>
        <w:pStyle w:val="ListBullet"/>
      </w:pPr>
      <w:r>
        <w:rPr>
          <w:rFonts w:ascii="Arial" w:hAnsi="Arial"/>
        </w:rPr>
        <w:t>Anthropic (2025). Building reliable AI test agents — engineering blog.</w:t>
      </w:r>
    </w:p>
    <w:p w14:paraId="20E9850A" w14:textId="77777777" w:rsidR="009970E0" w:rsidRDefault="00000000">
      <w:pPr>
        <w:pStyle w:val="ListBullet"/>
      </w:pPr>
      <w:r>
        <w:rPr>
          <w:rFonts w:ascii="Arial" w:hAnsi="Arial"/>
        </w:rPr>
        <w:t>DeepEval &amp; Promptfoo documentation — testing frameworks for LLM systems.</w:t>
      </w:r>
    </w:p>
    <w:sectPr w:rsidR="009970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631520">
    <w:abstractNumId w:val="8"/>
  </w:num>
  <w:num w:numId="2" w16cid:durableId="1958019954">
    <w:abstractNumId w:val="6"/>
  </w:num>
  <w:num w:numId="3" w16cid:durableId="425032283">
    <w:abstractNumId w:val="5"/>
  </w:num>
  <w:num w:numId="4" w16cid:durableId="489829441">
    <w:abstractNumId w:val="4"/>
  </w:num>
  <w:num w:numId="5" w16cid:durableId="991519054">
    <w:abstractNumId w:val="7"/>
  </w:num>
  <w:num w:numId="6" w16cid:durableId="1155612270">
    <w:abstractNumId w:val="3"/>
  </w:num>
  <w:num w:numId="7" w16cid:durableId="1653369715">
    <w:abstractNumId w:val="2"/>
  </w:num>
  <w:num w:numId="8" w16cid:durableId="232160022">
    <w:abstractNumId w:val="1"/>
  </w:num>
  <w:num w:numId="9" w16cid:durableId="2726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826"/>
    <w:rsid w:val="0015074B"/>
    <w:rsid w:val="0029639D"/>
    <w:rsid w:val="00326F90"/>
    <w:rsid w:val="008326BF"/>
    <w:rsid w:val="009970E0"/>
    <w:rsid w:val="00AA1D8D"/>
    <w:rsid w:val="00B47730"/>
    <w:rsid w:val="00CB0664"/>
    <w:rsid w:val="00F6323E"/>
    <w:rsid w:val="00FC693F"/>
    <w:rsid w:val="00FC6CFF"/>
    <w:rsid w:val="00FD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C5CFD5"/>
  <w14:defaultImageDpi w14:val="300"/>
  <w15:docId w15:val="{C14A4BC4-A428-4C25-9242-9E9B2B13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Lam Quang, Vu</cp:lastModifiedBy>
  <cp:revision>5</cp:revision>
  <dcterms:created xsi:type="dcterms:W3CDTF">2013-12-23T23:15:00Z</dcterms:created>
  <dcterms:modified xsi:type="dcterms:W3CDTF">2026-05-18T14:54:00Z</dcterms:modified>
  <cp:category/>
</cp:coreProperties>
</file>