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04FFB" w14:textId="77777777" w:rsidR="008423FC" w:rsidRDefault="00000000">
      <w:pPr>
        <w:jc w:val="center"/>
      </w:pPr>
      <w:r>
        <w:rPr>
          <w:rFonts w:ascii="Arial" w:hAnsi="Arial"/>
          <w:b/>
        </w:rPr>
        <w:t>Faculty of Information Technology (FIT) – Ho Chi Minh City University of Science (HCMUS)</w:t>
      </w:r>
    </w:p>
    <w:p w14:paraId="295919FD" w14:textId="77777777" w:rsidR="008423FC" w:rsidRDefault="00000000">
      <w:pPr>
        <w:jc w:val="center"/>
      </w:pPr>
      <w:r>
        <w:rPr>
          <w:rFonts w:ascii="Arial" w:hAnsi="Arial"/>
          <w:b/>
        </w:rPr>
        <w:t>CS423 / CSC15003 – Software Testing (AI-augmented · 2026)</w:t>
      </w:r>
    </w:p>
    <w:p w14:paraId="5A46D587" w14:textId="77777777" w:rsidR="008423FC" w:rsidRDefault="00000000">
      <w:pPr>
        <w:jc w:val="center"/>
      </w:pPr>
      <w:r>
        <w:rPr>
          <w:rFonts w:ascii="Arial" w:hAnsi="Arial"/>
          <w:b/>
          <w:color w:val="C00000"/>
          <w:sz w:val="20"/>
        </w:rPr>
        <w:t>AI POLICY · TEMPLATES — 2026 v1.0</w:t>
      </w:r>
    </w:p>
    <w:p w14:paraId="6A7A74FB" w14:textId="77777777" w:rsidR="008423FC" w:rsidRDefault="00000000">
      <w:pPr>
        <w:pStyle w:val="Heading1"/>
      </w:pPr>
      <w:r>
        <w:rPr>
          <w:rFonts w:ascii="Arial" w:hAnsi="Arial"/>
        </w:rPr>
        <w:t>Student Acknowledgement of AI Use Agreement</w:t>
      </w:r>
    </w:p>
    <w:p w14:paraId="76E6B253" w14:textId="77777777" w:rsidR="008423FC" w:rsidRDefault="00000000">
      <w:r>
        <w:rPr>
          <w:rFonts w:ascii="Arial" w:hAnsi="Arial"/>
          <w:i/>
        </w:rPr>
        <w:t>Sign and submit at the start of the course.</w:t>
      </w:r>
    </w:p>
    <w:p w14:paraId="0B53FEA2" w14:textId="77777777" w:rsidR="008423FC" w:rsidRDefault="00000000">
      <w:r>
        <w:rPr>
          <w:rFonts w:ascii="Arial" w:hAnsi="Arial"/>
          <w:i/>
          <w:color w:val="707070"/>
          <w:sz w:val="18"/>
        </w:rPr>
        <w:t>Adapted from Med Kharbach, PhD (2026) — AI Use Policy Templates for Higher Education. CC BY-NC-SA 4.0. This adaptation is prepared for FIT@HCMUS – CS423 / CSC15003 Software Testing course.</w:t>
      </w:r>
    </w:p>
    <w:p w14:paraId="305C56A8" w14:textId="77777777" w:rsidR="008423FC" w:rsidRDefault="00000000">
      <w:pPr>
        <w:pStyle w:val="Heading2"/>
      </w:pPr>
      <w:r>
        <w:rPr>
          <w:rFonts w:ascii="Arial" w:hAnsi="Arial"/>
        </w:rPr>
        <w:t>1. Acknowledgement Statement</w:t>
      </w:r>
    </w:p>
    <w:p w14:paraId="617541A6" w14:textId="77777777" w:rsidR="008423FC" w:rsidRDefault="00000000">
      <w:r>
        <w:rPr>
          <w:rFonts w:ascii="Arial" w:hAnsi="Arial"/>
          <w:sz w:val="24"/>
        </w:rPr>
        <w:t>I have read and understood the AI Use Agreement for the CS423 / CSC15003 Software Testing course (FIT@HCMUS, 2026 edition). I understand: (1) the five AI Use Categories and which apply to each assignment; (2) the disclosure, audit, and prompt-log obligations; (3) the anti-cheat mechanisms (physical photos with student ID, hostname watermarks, oral defenses); (4) that undisclosed or false AI use is treated as academic misconduct under the HCMUS Code. I commit to following this agreement throughout the term.</w:t>
      </w:r>
    </w:p>
    <w:p w14:paraId="6A64563E" w14:textId="77777777" w:rsidR="008423FC" w:rsidRDefault="00000000">
      <w:pPr>
        <w:pStyle w:val="Heading2"/>
      </w:pPr>
      <w:r>
        <w:rPr>
          <w:rFonts w:ascii="Arial" w:hAnsi="Arial"/>
        </w:rPr>
        <w:t>2. AI Mode Acknowledgement</w:t>
      </w:r>
    </w:p>
    <w:p w14:paraId="264D79AB" w14:textId="77777777" w:rsidR="008423FC" w:rsidRDefault="00000000">
      <w:pPr>
        <w:pStyle w:val="ListBullet"/>
      </w:pPr>
      <w:r>
        <w:rPr>
          <w:rFonts w:ascii="Arial" w:hAnsi="Arial"/>
        </w:rPr>
        <w:t>I understand the Midterm and Final exams are CLOSED-BOOK with NO AI.</w:t>
      </w:r>
    </w:p>
    <w:p w14:paraId="7AE53E79" w14:textId="77777777" w:rsidR="008423FC" w:rsidRDefault="00000000">
      <w:pPr>
        <w:pStyle w:val="ListBullet"/>
      </w:pPr>
      <w:r>
        <w:rPr>
          <w:rFonts w:ascii="Arial" w:hAnsi="Arial"/>
        </w:rPr>
        <w:t>I understand my prompts are logged centrally and I am accountable for them.</w:t>
      </w:r>
    </w:p>
    <w:p w14:paraId="479AAB62" w14:textId="77777777" w:rsidR="008423FC" w:rsidRDefault="00000000">
      <w:pPr>
        <w:pStyle w:val="ListBullet"/>
      </w:pPr>
      <w:r>
        <w:rPr>
          <w:rFonts w:ascii="Arial" w:hAnsi="Arial"/>
        </w:rPr>
        <w:t>I understand random 10–30% of students are invited to oral defenses each HW.</w:t>
      </w:r>
    </w:p>
    <w:p w14:paraId="13AD9929" w14:textId="77777777" w:rsidR="008423FC" w:rsidRDefault="00000000">
      <w:pPr>
        <w:pStyle w:val="Heading2"/>
      </w:pPr>
      <w:r>
        <w:rPr>
          <w:rFonts w:ascii="Arial" w:hAnsi="Arial"/>
        </w:rPr>
        <w:t>3. Faculty AI Account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8423FC" w14:paraId="647CE471" w14:textId="77777777" w:rsidTr="00842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shd w:val="clear" w:color="auto" w:fill="1F4E79"/>
            <w:vAlign w:val="center"/>
          </w:tcPr>
          <w:p w14:paraId="05D9631C" w14:textId="77777777" w:rsidR="008423FC" w:rsidRDefault="00000000">
            <w:r>
              <w:rPr>
                <w:rFonts w:ascii="Arial" w:hAnsi="Arial"/>
                <w:color w:val="FFFFFF"/>
              </w:rPr>
              <w:t>Field</w:t>
            </w:r>
          </w:p>
        </w:tc>
        <w:tc>
          <w:tcPr>
            <w:tcW w:w="5669" w:type="dxa"/>
            <w:shd w:val="clear" w:color="auto" w:fill="1F4E79"/>
            <w:vAlign w:val="center"/>
          </w:tcPr>
          <w:p w14:paraId="7FBBD8E6" w14:textId="77777777" w:rsidR="008423FC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color w:val="FFFFFF"/>
              </w:rPr>
              <w:t>Value</w:t>
            </w:r>
          </w:p>
        </w:tc>
      </w:tr>
      <w:tr w:rsidR="008423FC" w14:paraId="2AD02BC6" w14:textId="77777777" w:rsidTr="00842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654AAAE" w14:textId="77777777" w:rsidR="008423FC" w:rsidRDefault="00000000">
            <w:r>
              <w:rPr>
                <w:rFonts w:ascii="Arial" w:hAnsi="Arial"/>
                <w:sz w:val="21"/>
              </w:rPr>
              <w:t>AI Tool(s) you plan to use:</w:t>
            </w:r>
          </w:p>
        </w:tc>
        <w:tc>
          <w:tcPr>
            <w:tcW w:w="5669" w:type="dxa"/>
          </w:tcPr>
          <w:p w14:paraId="192490B5" w14:textId="77777777" w:rsidR="008423FC" w:rsidRDefault="008423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23FC" w14:paraId="0D60BADF" w14:textId="77777777" w:rsidTr="008423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F2C115E" w14:textId="77777777" w:rsidR="008423FC" w:rsidRDefault="00000000">
            <w:r>
              <w:rPr>
                <w:rFonts w:ascii="Arial" w:hAnsi="Arial"/>
                <w:sz w:val="21"/>
              </w:rPr>
              <w:t>Activation date:</w:t>
            </w:r>
          </w:p>
        </w:tc>
        <w:tc>
          <w:tcPr>
            <w:tcW w:w="5669" w:type="dxa"/>
          </w:tcPr>
          <w:p w14:paraId="28A2ECBC" w14:textId="77777777" w:rsidR="008423FC" w:rsidRDefault="008423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423FC" w14:paraId="17AAFA9E" w14:textId="77777777" w:rsidTr="00842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2EDB6EE" w14:textId="77777777" w:rsidR="008423FC" w:rsidRDefault="00000000">
            <w:r>
              <w:rPr>
                <w:rFonts w:ascii="Arial" w:hAnsi="Arial"/>
                <w:sz w:val="21"/>
              </w:rPr>
              <w:t>First-time login confirmed:</w:t>
            </w:r>
          </w:p>
        </w:tc>
        <w:tc>
          <w:tcPr>
            <w:tcW w:w="5669" w:type="dxa"/>
          </w:tcPr>
          <w:p w14:paraId="048FB1F7" w14:textId="77777777" w:rsidR="008423F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[ ] Yes  [ ] No</w:t>
            </w:r>
          </w:p>
        </w:tc>
      </w:tr>
      <w:tr w:rsidR="008423FC" w14:paraId="35549EAF" w14:textId="77777777" w:rsidTr="008423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55D477B" w14:textId="77777777" w:rsidR="008423FC" w:rsidRDefault="00000000">
            <w:r>
              <w:rPr>
                <w:rFonts w:ascii="Arial" w:hAnsi="Arial"/>
                <w:sz w:val="21"/>
              </w:rPr>
              <w:t>GitHub Copilot Education activated:</w:t>
            </w:r>
          </w:p>
        </w:tc>
        <w:tc>
          <w:tcPr>
            <w:tcW w:w="5669" w:type="dxa"/>
          </w:tcPr>
          <w:p w14:paraId="368C097C" w14:textId="77777777" w:rsidR="008423FC" w:rsidRDefault="0000000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[ ] Yes  [ ] No</w:t>
            </w:r>
          </w:p>
        </w:tc>
      </w:tr>
    </w:tbl>
    <w:p w14:paraId="0A5861BD" w14:textId="77777777" w:rsidR="008423FC" w:rsidRDefault="00000000">
      <w:pPr>
        <w:pStyle w:val="Heading2"/>
      </w:pPr>
      <w:r>
        <w:rPr>
          <w:rFonts w:ascii="Arial" w:hAnsi="Arial"/>
        </w:rPr>
        <w:t>Signature</w:t>
      </w:r>
    </w:p>
    <w:tbl>
      <w:tblPr>
        <w:tblStyle w:val="LightGrid-Accent1"/>
        <w:tblW w:w="0" w:type="auto"/>
        <w:tblLayout w:type="fixed"/>
        <w:tblLook w:val="04A0" w:firstRow="1" w:lastRow="0" w:firstColumn="1" w:lastColumn="0" w:noHBand="0" w:noVBand="1"/>
      </w:tblPr>
      <w:tblGrid>
        <w:gridCol w:w="3118"/>
        <w:gridCol w:w="6520"/>
      </w:tblGrid>
      <w:tr w:rsidR="008423FC" w14:paraId="20ED6AAC" w14:textId="77777777" w:rsidTr="008423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7BAA520B" w14:textId="77777777" w:rsidR="008423FC" w:rsidRDefault="00000000">
            <w:r>
              <w:rPr>
                <w:rFonts w:ascii="Arial" w:hAnsi="Arial"/>
                <w:sz w:val="21"/>
              </w:rPr>
              <w:t>Student name (printed):</w:t>
            </w:r>
          </w:p>
        </w:tc>
        <w:tc>
          <w:tcPr>
            <w:tcW w:w="6520" w:type="dxa"/>
          </w:tcPr>
          <w:p w14:paraId="501A6DA6" w14:textId="77777777" w:rsidR="008423FC" w:rsidRDefault="008423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23FC" w14:paraId="32DE22FE" w14:textId="77777777" w:rsidTr="00842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4F221B81" w14:textId="77777777" w:rsidR="008423FC" w:rsidRDefault="00000000">
            <w:r>
              <w:rPr>
                <w:rFonts w:ascii="Arial" w:hAnsi="Arial"/>
                <w:sz w:val="21"/>
              </w:rPr>
              <w:t>Student ID:</w:t>
            </w:r>
          </w:p>
        </w:tc>
        <w:tc>
          <w:tcPr>
            <w:tcW w:w="6520" w:type="dxa"/>
          </w:tcPr>
          <w:p w14:paraId="6A860797" w14:textId="77777777" w:rsidR="008423FC" w:rsidRDefault="008423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23FC" w14:paraId="5C3AE75B" w14:textId="77777777" w:rsidTr="008423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0EF13CC6" w14:textId="77777777" w:rsidR="008423FC" w:rsidRDefault="00000000">
            <w:r>
              <w:rPr>
                <w:rFonts w:ascii="Arial" w:hAnsi="Arial"/>
                <w:sz w:val="21"/>
              </w:rPr>
              <w:t>Class / Cohort:</w:t>
            </w:r>
          </w:p>
        </w:tc>
        <w:tc>
          <w:tcPr>
            <w:tcW w:w="6520" w:type="dxa"/>
          </w:tcPr>
          <w:p w14:paraId="57B52AE1" w14:textId="77777777" w:rsidR="008423FC" w:rsidRDefault="008423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423FC" w14:paraId="524DB305" w14:textId="77777777" w:rsidTr="00842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5ACA844B" w14:textId="77777777" w:rsidR="008423FC" w:rsidRDefault="00000000">
            <w:r>
              <w:rPr>
                <w:rFonts w:ascii="Arial" w:hAnsi="Arial"/>
                <w:sz w:val="21"/>
              </w:rPr>
              <w:t>Course:</w:t>
            </w:r>
          </w:p>
        </w:tc>
        <w:tc>
          <w:tcPr>
            <w:tcW w:w="6520" w:type="dxa"/>
          </w:tcPr>
          <w:p w14:paraId="26422337" w14:textId="487C327A" w:rsidR="008423FC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1"/>
              </w:rPr>
              <w:t>CS423 / CSC1</w:t>
            </w:r>
            <w:r w:rsidR="006B21A3">
              <w:rPr>
                <w:rFonts w:ascii="Arial" w:hAnsi="Arial"/>
                <w:sz w:val="21"/>
              </w:rPr>
              <w:t>3</w:t>
            </w:r>
            <w:r>
              <w:rPr>
                <w:rFonts w:ascii="Arial" w:hAnsi="Arial"/>
                <w:sz w:val="21"/>
              </w:rPr>
              <w:t>003 – Software Testing</w:t>
            </w:r>
          </w:p>
        </w:tc>
      </w:tr>
      <w:tr w:rsidR="008423FC" w14:paraId="42C41A7A" w14:textId="77777777" w:rsidTr="008423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09D9AFF2" w14:textId="77777777" w:rsidR="008423FC" w:rsidRDefault="00000000">
            <w:r>
              <w:rPr>
                <w:rFonts w:ascii="Arial" w:hAnsi="Arial"/>
                <w:sz w:val="21"/>
              </w:rPr>
              <w:t>Instructor:</w:t>
            </w:r>
          </w:p>
        </w:tc>
        <w:tc>
          <w:tcPr>
            <w:tcW w:w="6520" w:type="dxa"/>
          </w:tcPr>
          <w:p w14:paraId="7F3F8451" w14:textId="77777777" w:rsidR="008423FC" w:rsidRDefault="008423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423FC" w14:paraId="47C4CB57" w14:textId="77777777" w:rsidTr="008423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78388851" w14:textId="77777777" w:rsidR="008423FC" w:rsidRDefault="00000000">
            <w:r>
              <w:rPr>
                <w:rFonts w:ascii="Arial" w:hAnsi="Arial"/>
                <w:sz w:val="21"/>
              </w:rPr>
              <w:t>Date:</w:t>
            </w:r>
          </w:p>
        </w:tc>
        <w:tc>
          <w:tcPr>
            <w:tcW w:w="6520" w:type="dxa"/>
          </w:tcPr>
          <w:p w14:paraId="2BD28F00" w14:textId="77777777" w:rsidR="008423FC" w:rsidRDefault="008423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23FC" w14:paraId="244BEFBF" w14:textId="77777777" w:rsidTr="008423F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8" w:type="dxa"/>
            <w:shd w:val="clear" w:color="auto" w:fill="D9E1F2"/>
          </w:tcPr>
          <w:p w14:paraId="63B9A85D" w14:textId="77777777" w:rsidR="008423FC" w:rsidRDefault="00000000">
            <w:r>
              <w:rPr>
                <w:rFonts w:ascii="Arial" w:hAnsi="Arial"/>
                <w:sz w:val="21"/>
              </w:rPr>
              <w:t>Signature:</w:t>
            </w:r>
          </w:p>
        </w:tc>
        <w:tc>
          <w:tcPr>
            <w:tcW w:w="6520" w:type="dxa"/>
          </w:tcPr>
          <w:p w14:paraId="647CD6DE" w14:textId="77777777" w:rsidR="008423FC" w:rsidRDefault="008423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103937D9" w14:textId="77777777" w:rsidR="008423FC" w:rsidRDefault="00000000">
      <w:pPr>
        <w:pStyle w:val="Heading2"/>
      </w:pPr>
      <w:r>
        <w:rPr>
          <w:rFonts w:ascii="Arial" w:hAnsi="Arial"/>
        </w:rPr>
        <w:lastRenderedPageBreak/>
        <w:t>References</w:t>
      </w:r>
    </w:p>
    <w:p w14:paraId="7E2041EA" w14:textId="77777777" w:rsidR="008423FC" w:rsidRDefault="00000000">
      <w:pPr>
        <w:pStyle w:val="ListBullet"/>
      </w:pPr>
      <w:r>
        <w:rPr>
          <w:rFonts w:ascii="Arial" w:hAnsi="Arial"/>
        </w:rPr>
        <w:t>Kharbach, M. (2026). AI Use Policy Templates for Higher Education. CC BY-NC-SA 4.0.</w:t>
      </w:r>
    </w:p>
    <w:p w14:paraId="368DB627" w14:textId="77777777" w:rsidR="008423FC" w:rsidRDefault="00000000">
      <w:pPr>
        <w:pStyle w:val="ListBullet"/>
      </w:pPr>
      <w:r>
        <w:rPr>
          <w:rFonts w:ascii="Arial" w:hAnsi="Arial"/>
        </w:rPr>
        <w:t>ISTQB Foundation Level Syllabus (latest version).</w:t>
      </w:r>
    </w:p>
    <w:p w14:paraId="7591D1A7" w14:textId="77777777" w:rsidR="008423FC" w:rsidRDefault="00000000">
      <w:pPr>
        <w:pStyle w:val="ListBullet"/>
      </w:pPr>
      <w:r>
        <w:rPr>
          <w:rFonts w:ascii="Arial" w:hAnsi="Arial"/>
        </w:rPr>
        <w:t>Hardman, P. (2025). A Post-AI Learning Taxonomy.</w:t>
      </w:r>
    </w:p>
    <w:p w14:paraId="7624EB8D" w14:textId="77777777" w:rsidR="008423FC" w:rsidRDefault="00000000">
      <w:pPr>
        <w:pStyle w:val="ListBullet"/>
      </w:pPr>
      <w:r>
        <w:rPr>
          <w:rFonts w:ascii="Arial" w:hAnsi="Arial"/>
        </w:rPr>
        <w:t>Fuster Rabella, M. (2025). OECD Education Working Paper No. 338.</w:t>
      </w:r>
    </w:p>
    <w:p w14:paraId="016D720B" w14:textId="77777777" w:rsidR="008423FC" w:rsidRDefault="00000000">
      <w:pPr>
        <w:pStyle w:val="ListBullet"/>
      </w:pPr>
      <w:r>
        <w:rPr>
          <w:rFonts w:ascii="Arial" w:hAnsi="Arial"/>
        </w:rPr>
        <w:t>Perkins, M., Roe, J., &amp; Furze, L. (2025). AI Assessment Scale.</w:t>
      </w:r>
    </w:p>
    <w:p w14:paraId="5EBCC02C" w14:textId="77777777" w:rsidR="008423FC" w:rsidRDefault="00000000">
      <w:pPr>
        <w:pStyle w:val="ListBullet"/>
      </w:pPr>
      <w:r>
        <w:rPr>
          <w:rFonts w:ascii="Arial" w:hAnsi="Arial"/>
        </w:rPr>
        <w:t>Anthropic (2025). Building reliable AI test agents — engineering blog.</w:t>
      </w:r>
    </w:p>
    <w:p w14:paraId="0A255053" w14:textId="77777777" w:rsidR="008423FC" w:rsidRDefault="00000000">
      <w:pPr>
        <w:pStyle w:val="ListBullet"/>
      </w:pPr>
      <w:r>
        <w:rPr>
          <w:rFonts w:ascii="Arial" w:hAnsi="Arial"/>
        </w:rPr>
        <w:t>DeepEval &amp; Promptfoo documentation — testing frameworks for LLM systems.</w:t>
      </w:r>
    </w:p>
    <w:sectPr w:rsidR="008423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500835">
    <w:abstractNumId w:val="8"/>
  </w:num>
  <w:num w:numId="2" w16cid:durableId="1552420019">
    <w:abstractNumId w:val="6"/>
  </w:num>
  <w:num w:numId="3" w16cid:durableId="1120613006">
    <w:abstractNumId w:val="5"/>
  </w:num>
  <w:num w:numId="4" w16cid:durableId="2004165983">
    <w:abstractNumId w:val="4"/>
  </w:num>
  <w:num w:numId="5" w16cid:durableId="2100785258">
    <w:abstractNumId w:val="7"/>
  </w:num>
  <w:num w:numId="6" w16cid:durableId="1263879968">
    <w:abstractNumId w:val="3"/>
  </w:num>
  <w:num w:numId="7" w16cid:durableId="584340772">
    <w:abstractNumId w:val="2"/>
  </w:num>
  <w:num w:numId="8" w16cid:durableId="1336346984">
    <w:abstractNumId w:val="1"/>
  </w:num>
  <w:num w:numId="9" w16cid:durableId="141612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21A3"/>
    <w:rsid w:val="006D6457"/>
    <w:rsid w:val="008423FC"/>
    <w:rsid w:val="008C61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F0372A"/>
  <w14:defaultImageDpi w14:val="300"/>
  <w15:docId w15:val="{A4B15BA1-1FD9-438C-B298-E668F0A6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Lam Quang, Vu</cp:lastModifiedBy>
  <cp:revision>3</cp:revision>
  <dcterms:created xsi:type="dcterms:W3CDTF">2013-12-23T23:15:00Z</dcterms:created>
  <dcterms:modified xsi:type="dcterms:W3CDTF">2026-05-18T14:43:00Z</dcterms:modified>
  <cp:category/>
</cp:coreProperties>
</file>